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02401" w14:textId="77777777" w:rsidR="00A066AF" w:rsidRDefault="00A066AF" w:rsidP="00A066AF">
      <w:pPr>
        <w:spacing w:line="240" w:lineRule="auto"/>
        <w:jc w:val="center"/>
      </w:pPr>
      <w:r>
        <w:rPr>
          <w:b/>
        </w:rPr>
        <w:t>CỘNG HÒA XÃ HỘI CHỦ NGHĨA VIỆT NAM</w:t>
      </w:r>
    </w:p>
    <w:p w14:paraId="130102AB" w14:textId="5401F196" w:rsidR="00A066AF" w:rsidRPr="00A066AF" w:rsidRDefault="00A066AF" w:rsidP="00A066AF">
      <w:pPr>
        <w:spacing w:line="240" w:lineRule="auto"/>
        <w:jc w:val="center"/>
        <w:rPr>
          <w:b/>
          <w:sz w:val="30"/>
        </w:rPr>
      </w:pPr>
      <w:r w:rsidRPr="00A066AF">
        <w:rPr>
          <w:b/>
        </w:rPr>
        <w:t>Độc lập - Tự do - Hạnh phúc</w:t>
      </w:r>
    </w:p>
    <w:p w14:paraId="66DA638B" w14:textId="5900A70D" w:rsidR="00A066AF" w:rsidRDefault="00A066AF">
      <w:pPr>
        <w:spacing w:before="160"/>
        <w:jc w:val="center"/>
        <w:rPr>
          <w:b/>
          <w:sz w:val="30"/>
        </w:rPr>
      </w:pPr>
      <w:r>
        <w:rPr>
          <w:b/>
          <w:noProof/>
          <w:sz w:val="30"/>
        </w:rPr>
        <mc:AlternateContent>
          <mc:Choice Requires="wps">
            <w:drawing>
              <wp:anchor distT="0" distB="0" distL="114300" distR="114300" simplePos="0" relativeHeight="251659264" behindDoc="0" locked="0" layoutInCell="1" allowOverlap="1" wp14:anchorId="4442731B" wp14:editId="16CAD8C1">
                <wp:simplePos x="0" y="0"/>
                <wp:positionH relativeFrom="column">
                  <wp:posOffset>2323465</wp:posOffset>
                </wp:positionH>
                <wp:positionV relativeFrom="paragraph">
                  <wp:posOffset>17145</wp:posOffset>
                </wp:positionV>
                <wp:extent cx="1310640" cy="15240"/>
                <wp:effectExtent l="0" t="0" r="22860" b="22860"/>
                <wp:wrapNone/>
                <wp:docPr id="1075156073" name="Straight Connector 2"/>
                <wp:cNvGraphicFramePr/>
                <a:graphic xmlns:a="http://schemas.openxmlformats.org/drawingml/2006/main">
                  <a:graphicData uri="http://schemas.microsoft.com/office/word/2010/wordprocessingShape">
                    <wps:wsp>
                      <wps:cNvCnPr/>
                      <wps:spPr>
                        <a:xfrm>
                          <a:off x="0" y="0"/>
                          <a:ext cx="1310640" cy="1524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ACF704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2.95pt,1.35pt" to="286.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" strokecolor="black [3213]"/>
            </w:pict>
          </mc:Fallback>
        </mc:AlternateContent>
      </w:r>
    </w:p>
    <w:p w14:paraId="6EB0A7F4" w14:textId="21A94464" w:rsidR="00DD04E7" w:rsidRPr="00A066AF" w:rsidRDefault="00000000" w:rsidP="00A066AF">
      <w:pPr>
        <w:spacing w:line="240" w:lineRule="auto"/>
        <w:jc w:val="center"/>
        <w:rPr>
          <w:sz w:val="28"/>
          <w:szCs w:val="28"/>
        </w:rPr>
      </w:pPr>
      <w:r w:rsidRPr="00A066AF">
        <w:rPr>
          <w:b/>
          <w:sz w:val="28"/>
          <w:szCs w:val="28"/>
        </w:rPr>
        <w:t>PHIẾU ĐĂNG KÝ</w:t>
      </w:r>
      <w:r w:rsidR="00A066AF" w:rsidRPr="00A066AF">
        <w:rPr>
          <w:b/>
          <w:sz w:val="28"/>
          <w:szCs w:val="28"/>
        </w:rPr>
        <w:t xml:space="preserve"> </w:t>
      </w:r>
      <w:r w:rsidRPr="00A066AF">
        <w:rPr>
          <w:b/>
          <w:sz w:val="28"/>
          <w:szCs w:val="28"/>
        </w:rPr>
        <w:t>THAM DỰ XÉT HỢP ĐỒNG LAO ĐỘNG</w:t>
      </w:r>
    </w:p>
    <w:p w14:paraId="0A282D29" w14:textId="77777777" w:rsidR="00DD04E7" w:rsidRPr="00A066AF" w:rsidRDefault="00000000" w:rsidP="00A066AF">
      <w:pPr>
        <w:spacing w:line="240" w:lineRule="auto"/>
        <w:jc w:val="center"/>
        <w:rPr>
          <w:sz w:val="28"/>
          <w:szCs w:val="28"/>
        </w:rPr>
      </w:pPr>
      <w:r w:rsidRPr="00A066AF">
        <w:rPr>
          <w:b/>
          <w:sz w:val="28"/>
          <w:szCs w:val="28"/>
        </w:rPr>
        <w:t>Năm học 2026 - 2027</w:t>
      </w:r>
    </w:p>
    <w:p w14:paraId="346DC38E" w14:textId="77777777" w:rsidR="00A066AF" w:rsidRDefault="00A066AF">
      <w:pPr>
        <w:spacing w:after="100"/>
        <w:jc w:val="center"/>
        <w:rPr>
          <w:b/>
        </w:rPr>
      </w:pPr>
    </w:p>
    <w:p w14:paraId="42593890" w14:textId="75B178A2" w:rsidR="00DD04E7" w:rsidRPr="00A066AF" w:rsidRDefault="00000000" w:rsidP="00A066AF">
      <w:pPr>
        <w:spacing w:after="100"/>
        <w:ind w:firstLine="567"/>
        <w:rPr>
          <w:bCs/>
        </w:rPr>
      </w:pPr>
      <w:r w:rsidRPr="00A066AF">
        <w:rPr>
          <w:bCs/>
        </w:rPr>
        <w:t>Kính gửi: Hiệu trưởng Trường THCS An Châu</w:t>
      </w:r>
    </w:p>
    <w:p w14:paraId="73DBCEC4" w14:textId="57610ED5" w:rsidR="00DD04E7" w:rsidRDefault="00000000" w:rsidP="00A066AF">
      <w:pPr>
        <w:keepNext/>
        <w:spacing w:before="100" w:after="40"/>
      </w:pPr>
      <w:r>
        <w:rPr>
          <w:b/>
        </w:rPr>
        <w:t>I. THÔNG TIN CÁ NHÂN</w:t>
      </w:r>
    </w:p>
    <w:p w14:paraId="529828F7" w14:textId="77777777" w:rsidR="00DD04E7" w:rsidRPr="00A066AF" w:rsidRDefault="00000000">
      <w:pPr>
        <w:spacing w:after="40"/>
        <w:jc w:val="both"/>
        <w:rPr>
          <w:bCs/>
        </w:rPr>
      </w:pPr>
      <w:r w:rsidRPr="00A066AF">
        <w:rPr>
          <w:bCs/>
        </w:rPr>
        <w:t>1. Họ và tên: ........................................................................</w:t>
      </w:r>
    </w:p>
    <w:p w14:paraId="32687DFF" w14:textId="77777777" w:rsidR="00DD04E7" w:rsidRPr="00A066AF" w:rsidRDefault="00000000">
      <w:pPr>
        <w:spacing w:after="40"/>
        <w:jc w:val="both"/>
        <w:rPr>
          <w:bCs/>
        </w:rPr>
      </w:pPr>
      <w:r w:rsidRPr="00A066AF">
        <w:rPr>
          <w:bCs/>
        </w:rPr>
        <w:t>2. Ngày, tháng, năm sinh: ......................................................</w:t>
      </w:r>
    </w:p>
    <w:p w14:paraId="6DB6798C" w14:textId="77777777" w:rsidR="00DD04E7" w:rsidRPr="00A066AF" w:rsidRDefault="00000000">
      <w:pPr>
        <w:spacing w:after="40"/>
        <w:jc w:val="both"/>
        <w:rPr>
          <w:bCs/>
        </w:rPr>
      </w:pPr>
      <w:r w:rsidRPr="00A066AF">
        <w:rPr>
          <w:bCs/>
        </w:rPr>
        <w:t>3. Giới tính: ........................</w:t>
      </w:r>
    </w:p>
    <w:p w14:paraId="0C61EEDE" w14:textId="77777777" w:rsidR="00DD04E7" w:rsidRPr="00A066AF" w:rsidRDefault="00000000">
      <w:pPr>
        <w:spacing w:after="40"/>
        <w:jc w:val="both"/>
        <w:rPr>
          <w:bCs/>
        </w:rPr>
      </w:pPr>
      <w:r w:rsidRPr="00A066AF">
        <w:rPr>
          <w:bCs/>
        </w:rPr>
        <w:t>4. Số căn cước công dân: .............................................</w:t>
      </w:r>
    </w:p>
    <w:p w14:paraId="64821B0E" w14:textId="4FE89656" w:rsidR="00DD04E7" w:rsidRPr="00A066AF" w:rsidRDefault="00000000">
      <w:pPr>
        <w:spacing w:after="40"/>
        <w:jc w:val="both"/>
        <w:rPr>
          <w:bCs/>
        </w:rPr>
      </w:pPr>
      <w:r w:rsidRPr="00A066AF">
        <w:rPr>
          <w:bCs/>
        </w:rPr>
        <w:t>Ngày cấp: ............................Nơi cấp: ..............................................................</w:t>
      </w:r>
    </w:p>
    <w:p w14:paraId="6E54D28E" w14:textId="77777777" w:rsidR="00DD04E7" w:rsidRPr="00A066AF" w:rsidRDefault="00000000">
      <w:pPr>
        <w:spacing w:after="40"/>
        <w:jc w:val="both"/>
        <w:rPr>
          <w:bCs/>
        </w:rPr>
      </w:pPr>
      <w:r w:rsidRPr="00A066AF">
        <w:rPr>
          <w:bCs/>
        </w:rPr>
        <w:t>5. Quê quán: ......................................................................</w:t>
      </w:r>
    </w:p>
    <w:p w14:paraId="471E960F" w14:textId="77777777" w:rsidR="00DD04E7" w:rsidRPr="00A066AF" w:rsidRDefault="00000000">
      <w:pPr>
        <w:spacing w:after="40"/>
        <w:jc w:val="both"/>
        <w:rPr>
          <w:bCs/>
        </w:rPr>
      </w:pPr>
      <w:r w:rsidRPr="00A066AF">
        <w:rPr>
          <w:bCs/>
        </w:rPr>
        <w:t>6. Nơi thường trú: ...............................................................</w:t>
      </w:r>
    </w:p>
    <w:p w14:paraId="7B6F9CAE" w14:textId="77777777" w:rsidR="00DD04E7" w:rsidRPr="00A066AF" w:rsidRDefault="00000000">
      <w:pPr>
        <w:spacing w:after="40"/>
        <w:jc w:val="both"/>
        <w:rPr>
          <w:bCs/>
        </w:rPr>
      </w:pPr>
      <w:r w:rsidRPr="00A066AF">
        <w:rPr>
          <w:bCs/>
        </w:rPr>
        <w:t>7. Chỗ ở hiện nay: ..............................................................</w:t>
      </w:r>
    </w:p>
    <w:p w14:paraId="7927C040" w14:textId="28DC3982" w:rsidR="00DD04E7" w:rsidRDefault="00000000">
      <w:pPr>
        <w:spacing w:after="40"/>
        <w:jc w:val="both"/>
      </w:pPr>
      <w:r w:rsidRPr="00A066AF">
        <w:rPr>
          <w:bCs/>
        </w:rPr>
        <w:t>8. Số điện thoại: ................................Email: ...........................................</w:t>
      </w:r>
    </w:p>
    <w:p w14:paraId="05074E64" w14:textId="77777777" w:rsidR="00DD04E7" w:rsidRDefault="00000000">
      <w:pPr>
        <w:keepNext/>
        <w:spacing w:before="100" w:after="40"/>
      </w:pPr>
      <w:r>
        <w:rPr>
          <w:b/>
        </w:rPr>
        <w:t>II. TRÌNH ĐỘ ĐÀO TẠO VÀ CHUYÊN MÔN</w:t>
      </w:r>
    </w:p>
    <w:p w14:paraId="0456FE9D" w14:textId="77777777" w:rsidR="00DD04E7" w:rsidRPr="00A066AF" w:rsidRDefault="00000000">
      <w:pPr>
        <w:spacing w:after="40"/>
        <w:jc w:val="both"/>
        <w:rPr>
          <w:bCs/>
        </w:rPr>
      </w:pPr>
      <w:r w:rsidRPr="00A066AF">
        <w:rPr>
          <w:bCs/>
        </w:rPr>
        <w:t>1. Trình độ đào tạo: ...........................................................</w:t>
      </w:r>
    </w:p>
    <w:p w14:paraId="7DBB7C1C" w14:textId="7441C1A8" w:rsidR="00DD04E7" w:rsidRPr="00A066AF" w:rsidRDefault="00A066AF">
      <w:pPr>
        <w:spacing w:after="40"/>
        <w:jc w:val="both"/>
        <w:rPr>
          <w:bCs/>
        </w:rPr>
      </w:pPr>
      <w:r>
        <w:rPr>
          <w:bCs/>
        </w:rPr>
        <w:t>2</w:t>
      </w:r>
      <w:r w:rsidR="00000000" w:rsidRPr="00A066AF">
        <w:rPr>
          <w:bCs/>
        </w:rPr>
        <w:t>. Chuyên ngành đào tạo: ...................................................</w:t>
      </w:r>
    </w:p>
    <w:p w14:paraId="1C953529" w14:textId="71D4532A" w:rsidR="00DD04E7" w:rsidRPr="00A066AF" w:rsidRDefault="00A066AF">
      <w:pPr>
        <w:spacing w:after="40"/>
        <w:jc w:val="both"/>
        <w:rPr>
          <w:bCs/>
        </w:rPr>
      </w:pPr>
      <w:r>
        <w:rPr>
          <w:bCs/>
        </w:rPr>
        <w:t>3</w:t>
      </w:r>
      <w:r w:rsidR="00000000" w:rsidRPr="00A066AF">
        <w:rPr>
          <w:bCs/>
        </w:rPr>
        <w:t>. Năm tốt nghiệp: ...............................</w:t>
      </w:r>
    </w:p>
    <w:p w14:paraId="23252A75" w14:textId="6CC561C3" w:rsidR="00DD04E7" w:rsidRPr="00A066AF" w:rsidRDefault="00A066AF">
      <w:pPr>
        <w:spacing w:after="40"/>
        <w:jc w:val="both"/>
        <w:rPr>
          <w:bCs/>
        </w:rPr>
      </w:pPr>
      <w:r>
        <w:rPr>
          <w:bCs/>
        </w:rPr>
        <w:t xml:space="preserve">4. </w:t>
      </w:r>
      <w:r w:rsidR="00000000" w:rsidRPr="00A066AF">
        <w:rPr>
          <w:bCs/>
        </w:rPr>
        <w:t>Xếp loại tốt nghiệp: ....................................</w:t>
      </w:r>
    </w:p>
    <w:p w14:paraId="63DA85B2" w14:textId="77777777" w:rsidR="00DD04E7" w:rsidRPr="00A066AF" w:rsidRDefault="00000000">
      <w:pPr>
        <w:spacing w:after="40"/>
        <w:jc w:val="both"/>
        <w:rPr>
          <w:bCs/>
        </w:rPr>
      </w:pPr>
      <w:r w:rsidRPr="00A066AF">
        <w:rPr>
          <w:bCs/>
        </w:rPr>
        <w:t>5. Chứng chỉ nghiệp vụ sư phạm (nếu có): ...............................</w:t>
      </w:r>
    </w:p>
    <w:p w14:paraId="5147EA89" w14:textId="77777777" w:rsidR="00DD04E7" w:rsidRPr="00A066AF" w:rsidRDefault="00000000">
      <w:pPr>
        <w:spacing w:after="40"/>
        <w:jc w:val="both"/>
        <w:rPr>
          <w:bCs/>
        </w:rPr>
      </w:pPr>
      <w:r w:rsidRPr="00A066AF">
        <w:rPr>
          <w:bCs/>
        </w:rPr>
        <w:t>6. Văn bằng, chứng chỉ khác có liên quan: ..................................</w:t>
      </w:r>
    </w:p>
    <w:p w14:paraId="69730E63" w14:textId="77777777" w:rsidR="00DD04E7" w:rsidRDefault="00000000">
      <w:pPr>
        <w:keepNext/>
        <w:spacing w:before="100" w:after="40"/>
      </w:pPr>
      <w:r>
        <w:rPr>
          <w:b/>
        </w:rPr>
        <w:t>III. NỘI DUNG ĐĂNG KÝ</w:t>
      </w:r>
    </w:p>
    <w:p w14:paraId="7DFBCC9E" w14:textId="77777777" w:rsidR="00DD04E7" w:rsidRDefault="00000000">
      <w:pPr>
        <w:spacing w:after="40"/>
        <w:jc w:val="both"/>
      </w:pPr>
      <w:r>
        <w:rPr>
          <w:b/>
        </w:rPr>
        <w:t>1. Vị trí việc làm đăng ký:</w:t>
      </w:r>
      <w:r>
        <w:t xml:space="preserve"> ...................................................</w:t>
      </w:r>
    </w:p>
    <w:p w14:paraId="3FE5D5BD" w14:textId="77777777" w:rsidR="00DD04E7" w:rsidRDefault="00000000">
      <w:pPr>
        <w:spacing w:after="40"/>
        <w:jc w:val="both"/>
      </w:pPr>
      <w:r>
        <w:rPr>
          <w:b/>
        </w:rPr>
        <w:t>2. Môn đăng ký giảng dạy:</w:t>
      </w:r>
      <w:r>
        <w:t xml:space="preserve"> .................................................</w:t>
      </w:r>
    </w:p>
    <w:p w14:paraId="6F4595BD" w14:textId="77777777" w:rsidR="00DD04E7" w:rsidRDefault="00000000">
      <w:pPr>
        <w:spacing w:after="40"/>
        <w:jc w:val="both"/>
      </w:pPr>
      <w:r>
        <w:rPr>
          <w:b/>
        </w:rPr>
        <w:t>3. Địa điểm đăng ký công tác:</w:t>
      </w:r>
      <w:r>
        <w:t xml:space="preserve"> .............................................</w:t>
      </w:r>
    </w:p>
    <w:p w14:paraId="5B8E6AF2" w14:textId="77777777" w:rsidR="00DD04E7" w:rsidRDefault="00000000">
      <w:pPr>
        <w:ind w:firstLine="567"/>
        <w:jc w:val="both"/>
      </w:pPr>
      <w:r>
        <w:t>Tôi đồng ý chấp hành sự phân công của Hiệu trưởng tại trường chính hoặc các phân hiệu thuộc Trường THCS An Châu.</w:t>
      </w:r>
    </w:p>
    <w:p w14:paraId="01A9A65A" w14:textId="77777777" w:rsidR="00DD04E7" w:rsidRDefault="00000000">
      <w:pPr>
        <w:keepNext/>
        <w:spacing w:before="100" w:after="40"/>
      </w:pPr>
      <w:r>
        <w:rPr>
          <w:b/>
        </w:rPr>
        <w:t>IV. QUÁ TRÌNH CÔNG TÁC CÓ LIÊN QUAN</w:t>
      </w:r>
    </w:p>
    <w:p w14:paraId="645F7567" w14:textId="77777777" w:rsidR="00DD04E7" w:rsidRPr="00A066AF" w:rsidRDefault="00000000">
      <w:pPr>
        <w:spacing w:after="40"/>
        <w:jc w:val="both"/>
        <w:rPr>
          <w:bCs/>
        </w:rPr>
      </w:pPr>
      <w:r w:rsidRPr="00A066AF">
        <w:rPr>
          <w:bCs/>
        </w:rPr>
        <w:t>1. Đơn vị đã/đang công tác: .................................................</w:t>
      </w:r>
    </w:p>
    <w:p w14:paraId="3D27DECA" w14:textId="77777777" w:rsidR="00DD04E7" w:rsidRPr="00A066AF" w:rsidRDefault="00000000">
      <w:pPr>
        <w:spacing w:after="40"/>
        <w:jc w:val="both"/>
        <w:rPr>
          <w:bCs/>
        </w:rPr>
      </w:pPr>
      <w:r w:rsidRPr="00A066AF">
        <w:rPr>
          <w:bCs/>
        </w:rPr>
        <w:t>2. Thời gian công tác: ........................................................</w:t>
      </w:r>
    </w:p>
    <w:p w14:paraId="3D9ABFAD" w14:textId="77777777" w:rsidR="00DD04E7" w:rsidRPr="00A066AF" w:rsidRDefault="00000000">
      <w:pPr>
        <w:spacing w:after="40"/>
        <w:jc w:val="both"/>
        <w:rPr>
          <w:bCs/>
        </w:rPr>
      </w:pPr>
      <w:r w:rsidRPr="00A066AF">
        <w:rPr>
          <w:bCs/>
        </w:rPr>
        <w:t>3. Công việc, môn giảng dạy: ...............................................</w:t>
      </w:r>
    </w:p>
    <w:p w14:paraId="74B836F2" w14:textId="77777777" w:rsidR="00DD04E7" w:rsidRPr="00A066AF" w:rsidRDefault="00000000">
      <w:pPr>
        <w:spacing w:after="40"/>
        <w:jc w:val="both"/>
        <w:rPr>
          <w:bCs/>
        </w:rPr>
      </w:pPr>
      <w:r w:rsidRPr="00A066AF">
        <w:rPr>
          <w:bCs/>
        </w:rPr>
        <w:t>4. Hình thức hợp đồng và cơ quan ký hợp đồng: ..............................</w:t>
      </w:r>
    </w:p>
    <w:p w14:paraId="5A20DFB8" w14:textId="28111F45" w:rsidR="00DD04E7" w:rsidRPr="00A066AF" w:rsidRDefault="00000000">
      <w:pPr>
        <w:spacing w:after="40"/>
        <w:jc w:val="both"/>
        <w:rPr>
          <w:bCs/>
        </w:rPr>
      </w:pPr>
      <w:r w:rsidRPr="00A066AF">
        <w:rPr>
          <w:bCs/>
        </w:rPr>
        <w:t>...............................................................................................................................................</w:t>
      </w:r>
    </w:p>
    <w:p w14:paraId="3A336EC9" w14:textId="77777777" w:rsidR="00DD04E7" w:rsidRDefault="00000000">
      <w:pPr>
        <w:keepNext/>
        <w:spacing w:before="100" w:after="40"/>
      </w:pPr>
      <w:r>
        <w:rPr>
          <w:b/>
        </w:rPr>
        <w:t>V. HỒ SƠ GỬI KÈM</w:t>
      </w:r>
    </w:p>
    <w:p w14:paraId="622DDFCC" w14:textId="77777777" w:rsidR="00DD04E7" w:rsidRDefault="00000000" w:rsidP="00A066AF">
      <w:pPr>
        <w:spacing w:after="20"/>
        <w:jc w:val="both"/>
      </w:pPr>
      <w:r>
        <w:t>- ☐ Lý lịch cá nhân;</w:t>
      </w:r>
    </w:p>
    <w:p w14:paraId="14EF7997" w14:textId="77777777" w:rsidR="00DD04E7" w:rsidRDefault="00000000" w:rsidP="00A066AF">
      <w:pPr>
        <w:spacing w:after="20"/>
        <w:jc w:val="both"/>
      </w:pPr>
      <w:r>
        <w:lastRenderedPageBreak/>
        <w:t>- ☐ Bản sao căn cước công dân;</w:t>
      </w:r>
    </w:p>
    <w:p w14:paraId="42185F96" w14:textId="77777777" w:rsidR="00DD04E7" w:rsidRDefault="00000000" w:rsidP="00A066AF">
      <w:pPr>
        <w:spacing w:after="20"/>
        <w:jc w:val="both"/>
      </w:pPr>
      <w:r>
        <w:t>- ☐ Bản sao văn bằng tốt nghiệp, bảng điểm và các chứng chỉ có liên quan;</w:t>
      </w:r>
    </w:p>
    <w:p w14:paraId="3C17CD24" w14:textId="77777777" w:rsidR="00DD04E7" w:rsidRDefault="00000000" w:rsidP="00A066AF">
      <w:pPr>
        <w:spacing w:after="20"/>
        <w:jc w:val="both"/>
      </w:pPr>
      <w:r>
        <w:t>- ☐ Giấy chứng nhận sức khỏe còn giá trị sử dụng;</w:t>
      </w:r>
    </w:p>
    <w:p w14:paraId="5A891E7B" w14:textId="37A02D4D" w:rsidR="00DD04E7" w:rsidRDefault="00A066AF" w:rsidP="00A066AF">
      <w:pPr>
        <w:spacing w:after="20"/>
        <w:jc w:val="both"/>
      </w:pPr>
      <w:r>
        <w:t>-</w:t>
      </w:r>
      <w:r w:rsidR="00000000">
        <w:t xml:space="preserve"> ☐ Các giấy tờ chứng minh kinh nghiệm, thành tích và giấy tờ khác có liên quan (nếu có).</w:t>
      </w:r>
    </w:p>
    <w:p w14:paraId="59633CC2" w14:textId="77777777" w:rsidR="00DD04E7" w:rsidRDefault="00000000">
      <w:pPr>
        <w:keepNext/>
        <w:spacing w:before="100" w:after="40"/>
      </w:pPr>
      <w:r>
        <w:rPr>
          <w:b/>
        </w:rPr>
        <w:t>VI. CAM KẾT</w:t>
      </w:r>
    </w:p>
    <w:p w14:paraId="4F1EC3C7" w14:textId="77777777" w:rsidR="00DD04E7" w:rsidRDefault="00000000" w:rsidP="00A066AF">
      <w:pPr>
        <w:spacing w:after="20"/>
        <w:ind w:firstLine="567"/>
        <w:jc w:val="both"/>
      </w:pPr>
      <w:r>
        <w:t>- Tôi cam đoan những thông tin kê khai trong Phiếu này và các giấy tờ gửi kèm là đúng sự thật; nếu sai, tôi xin hoàn toàn chịu trách nhiệm trước pháp luật.</w:t>
      </w:r>
    </w:p>
    <w:p w14:paraId="6A49994F" w14:textId="77777777" w:rsidR="00DD04E7" w:rsidRDefault="00000000" w:rsidP="00A066AF">
      <w:pPr>
        <w:spacing w:after="20"/>
        <w:ind w:firstLine="567"/>
        <w:jc w:val="both"/>
      </w:pPr>
      <w:r>
        <w:t>- Tôi cam kết chấp hành sự phân công nhiệm vụ, vị trí và địa điểm công tác của Trường THCS An Châu; thực hiện đầy đủ nghĩa vụ của người lao động theo hợp đồng và quy định hiện hành.</w:t>
      </w:r>
    </w:p>
    <w:p w14:paraId="248B5ABF" w14:textId="77777777" w:rsidR="00DD04E7" w:rsidRDefault="00000000" w:rsidP="00A066AF">
      <w:pPr>
        <w:spacing w:after="20"/>
        <w:ind w:firstLine="567"/>
        <w:jc w:val="both"/>
      </w:pPr>
      <w:r>
        <w:t>- Tôi hiểu hợp đồng lao động có thời hạn tối đa 09 tháng và kết thúc khi hết năm học 2026 - 2027; hợp đồng có thể chấm dứt khi nhà trường không còn nhu cầu, khi vị trí có viên chức được tuyển dụng mới hoặc chuyển đến, hoặc khi không còn chỉ tiêu được giao.</w:t>
      </w:r>
    </w:p>
    <w:p w14:paraId="11250C35" w14:textId="77777777" w:rsidR="00DD04E7" w:rsidRDefault="00000000" w:rsidP="00A066AF">
      <w:pPr>
        <w:spacing w:after="20"/>
        <w:ind w:firstLine="567"/>
        <w:jc w:val="both"/>
      </w:pPr>
      <w:r>
        <w:t>- Tôi cam kết không đòi hỏi quyền lợi hoặc ưu tiên khi tham gia tuyển dụng, xét tuyển vào viên chức, biên chế; không yêu cầu nhà trường, UBND xã hoặc Sở Giáo dục và Đào tạo bố trí việc làm sau khi hợp đồng kết thúc.</w:t>
      </w:r>
    </w:p>
    <w:p w14:paraId="55521748" w14:textId="77777777" w:rsidR="00DD04E7" w:rsidRDefault="00000000" w:rsidP="00A066AF">
      <w:pPr>
        <w:spacing w:after="20"/>
        <w:ind w:firstLine="567"/>
        <w:jc w:val="both"/>
      </w:pPr>
      <w:r>
        <w:t>Tôi đề nghị Trường THCS An Châu xem xét cho tôi được tham dự xét hợp đồng lao động tại vị trí đã đăng ký nêu trên.</w:t>
      </w:r>
    </w:p>
    <w:tbl>
      <w:tblPr>
        <w:tblW w:w="0" w:type="auto"/>
        <w:tblLayout w:type="fixed"/>
        <w:tblLook w:val="04A0" w:firstRow="1" w:lastRow="0" w:firstColumn="1" w:lastColumn="0" w:noHBand="0" w:noVBand="1"/>
      </w:tblPr>
      <w:tblGrid>
        <w:gridCol w:w="4677"/>
        <w:gridCol w:w="4677"/>
      </w:tblGrid>
      <w:tr w:rsidR="00DD04E7" w14:paraId="39D2439A" w14:textId="77777777">
        <w:tc>
          <w:tcPr>
            <w:tcW w:w="4677" w:type="dxa"/>
            <w:tcBorders>
              <w:top w:val="nil"/>
              <w:left w:val="nil"/>
              <w:bottom w:val="nil"/>
              <w:right w:val="nil"/>
            </w:tcBorders>
          </w:tcPr>
          <w:p w14:paraId="495410AE" w14:textId="77777777" w:rsidR="00DD04E7" w:rsidRDefault="00000000">
            <w:pPr>
              <w:jc w:val="center"/>
            </w:pPr>
            <w:r>
              <w:rPr>
                <w:b/>
                <w:sz w:val="25"/>
              </w:rPr>
              <w:t>XÁC NHẬN TIẾP NHẬN HỒ SƠ</w:t>
            </w:r>
          </w:p>
          <w:p w14:paraId="3910AFCA" w14:textId="77777777" w:rsidR="00DD04E7" w:rsidRDefault="00000000">
            <w:pPr>
              <w:jc w:val="center"/>
            </w:pPr>
            <w:r>
              <w:rPr>
                <w:i/>
                <w:sz w:val="22"/>
              </w:rPr>
              <w:t>(Ghi ngày nhận, số lượng tài liệu và ký nhận)</w:t>
            </w:r>
          </w:p>
        </w:tc>
        <w:tc>
          <w:tcPr>
            <w:tcW w:w="4677" w:type="dxa"/>
            <w:tcBorders>
              <w:top w:val="nil"/>
              <w:left w:val="nil"/>
              <w:bottom w:val="nil"/>
              <w:right w:val="nil"/>
            </w:tcBorders>
          </w:tcPr>
          <w:p w14:paraId="5034A449" w14:textId="77777777" w:rsidR="00DD04E7" w:rsidRDefault="00000000">
            <w:pPr>
              <w:jc w:val="center"/>
            </w:pPr>
            <w:r>
              <w:rPr>
                <w:i/>
                <w:sz w:val="25"/>
              </w:rPr>
              <w:t>An Châu, ngày ..... tháng ..... năm 2026</w:t>
            </w:r>
          </w:p>
          <w:p w14:paraId="0E8F5E70" w14:textId="77777777" w:rsidR="00DD04E7" w:rsidRDefault="00000000">
            <w:pPr>
              <w:jc w:val="center"/>
            </w:pPr>
            <w:r>
              <w:rPr>
                <w:b/>
                <w:sz w:val="25"/>
              </w:rPr>
              <w:t>NGƯỜI ĐĂNG KÝ</w:t>
            </w:r>
          </w:p>
          <w:p w14:paraId="2D26A0F7" w14:textId="77777777" w:rsidR="00DD04E7" w:rsidRDefault="00000000">
            <w:pPr>
              <w:jc w:val="center"/>
            </w:pPr>
            <w:r>
              <w:rPr>
                <w:i/>
                <w:sz w:val="22"/>
              </w:rPr>
              <w:t>(Ký và ghi rõ họ tên)</w:t>
            </w:r>
          </w:p>
          <w:p w14:paraId="3DF9F900" w14:textId="77777777" w:rsidR="00DD04E7" w:rsidRDefault="00DD04E7">
            <w:pPr>
              <w:spacing w:before="1040"/>
            </w:pPr>
          </w:p>
        </w:tc>
      </w:tr>
    </w:tbl>
    <w:p w14:paraId="5278332D" w14:textId="77777777" w:rsidR="00C5793F" w:rsidRDefault="00C5793F"/>
    <w:sectPr w:rsidR="00C5793F" w:rsidSect="00034616">
      <w:pgSz w:w="11906" w:h="16838"/>
      <w:pgMar w:top="964" w:right="1134" w:bottom="96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8766567">
    <w:abstractNumId w:val="8"/>
  </w:num>
  <w:num w:numId="2" w16cid:durableId="29965036">
    <w:abstractNumId w:val="6"/>
  </w:num>
  <w:num w:numId="3" w16cid:durableId="871528314">
    <w:abstractNumId w:val="5"/>
  </w:num>
  <w:num w:numId="4" w16cid:durableId="1836532166">
    <w:abstractNumId w:val="4"/>
  </w:num>
  <w:num w:numId="5" w16cid:durableId="861431750">
    <w:abstractNumId w:val="7"/>
  </w:num>
  <w:num w:numId="6" w16cid:durableId="232281796">
    <w:abstractNumId w:val="3"/>
  </w:num>
  <w:num w:numId="7" w16cid:durableId="1004671969">
    <w:abstractNumId w:val="2"/>
  </w:num>
  <w:num w:numId="8" w16cid:durableId="945961016">
    <w:abstractNumId w:val="1"/>
  </w:num>
  <w:num w:numId="9" w16cid:durableId="37628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066AF"/>
    <w:rsid w:val="00AA1D8D"/>
    <w:rsid w:val="00B47730"/>
    <w:rsid w:val="00C5793F"/>
    <w:rsid w:val="00CB0664"/>
    <w:rsid w:val="00DD04E7"/>
    <w:rsid w:val="00E17B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D5AB93"/>
  <w14:defaultImageDpi w14:val="300"/>
  <w15:docId w15:val="{2343D18B-AA28-4FB6-801D-CCDDE8772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đăng ký tham dự xét hợp đồng lao động năm học 2026 - 2027</dc:title>
  <dc:subject>Trường THCS An Châu</dc:subject>
  <dc:creator>Trường THCS An Châu</dc:creator>
  <cp:keywords/>
  <dc:description>generated by python-docx</dc:description>
  <cp:lastModifiedBy>Phan Hữu Túc</cp:lastModifiedBy>
  <cp:revision>3</cp:revision>
  <dcterms:created xsi:type="dcterms:W3CDTF">2013-12-23T23:15:00Z</dcterms:created>
  <dcterms:modified xsi:type="dcterms:W3CDTF">2026-09-18T02:02:00Z</dcterms:modified>
  <cp:category/>
</cp:coreProperties>
</file>